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393A9" w14:textId="77777777" w:rsidR="008E5F48" w:rsidRPr="005B6216" w:rsidRDefault="000F7665">
      <w:pPr>
        <w:spacing w:after="40"/>
        <w:jc w:val="center"/>
        <w:rPr>
          <w:rFonts w:ascii="Dreaming Outloud Pro" w:hAnsi="Dreaming Outloud Pro" w:cs="Dreaming Outloud Pro"/>
        </w:rPr>
      </w:pPr>
      <w:r w:rsidRPr="005B6216">
        <w:rPr>
          <w:rFonts w:ascii="Dreaming Outloud Pro" w:hAnsi="Dreaming Outloud Pro" w:cs="Dreaming Outloud Pro"/>
        </w:rPr>
        <w:t>Year 5 &amp; 6: Geography — Energy and Our World</w:t>
      </w:r>
    </w:p>
    <w:p w14:paraId="52C47D14" w14:textId="77777777" w:rsidR="008E5F48" w:rsidRPr="005B6216" w:rsidRDefault="000F7665">
      <w:pPr>
        <w:jc w:val="center"/>
        <w:rPr>
          <w:rFonts w:ascii="Dreaming Outloud Pro" w:hAnsi="Dreaming Outloud Pro" w:cs="Dreaming Outloud Pro"/>
        </w:rPr>
      </w:pPr>
      <w:r w:rsidRPr="005B6216">
        <w:rPr>
          <w:rFonts w:ascii="Dreaming Outloud Pro" w:hAnsi="Dreaming Outloud Pro" w:cs="Dreaming Outloud Pro"/>
        </w:rPr>
        <w:t>Home Learning Grid — Pick &amp; Mix Tasks</w:t>
      </w:r>
    </w:p>
    <w:tbl>
      <w:tblPr>
        <w:tblW w:w="0" w:type="auto"/>
        <w:jc w:val="center"/>
        <w:tblLayout w:type="fixed"/>
        <w:tblLook w:val="04A0" w:firstRow="1" w:lastRow="0" w:firstColumn="1" w:lastColumn="0" w:noHBand="0" w:noVBand="1"/>
      </w:tblPr>
      <w:tblGrid>
        <w:gridCol w:w="3149"/>
        <w:gridCol w:w="3149"/>
        <w:gridCol w:w="3149"/>
        <w:gridCol w:w="2943"/>
      </w:tblGrid>
      <w:tr w:rsidR="000F7665" w:rsidRPr="005B6216" w14:paraId="40A1EA9A" w14:textId="77777777" w:rsidTr="005B6216">
        <w:trPr>
          <w:trHeight w:val="2641"/>
          <w:jc w:val="center"/>
        </w:trPr>
        <w:tc>
          <w:tcPr>
            <w:tcW w:w="3149"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6FF5B6E"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C00000"/>
                <w:sz w:val="17"/>
              </w:rPr>
              <w:t>ENERGY SOURCES AROUND THE WORLD (MANDATORY)</w:t>
            </w:r>
          </w:p>
          <w:p w14:paraId="1D63773C"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Find out where different energy sources are used around the world. On a world map, label at least five countries and show an energy source used in each (for example, solar, wind, hydroelectric, coal, oil or gas). Add a key and a few facts.</w:t>
            </w:r>
          </w:p>
        </w:tc>
        <w:tc>
          <w:tcPr>
            <w:tcW w:w="3149"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0BE1FE55"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RENEWABLE VS NON-RENEWABLE</w:t>
            </w:r>
          </w:p>
          <w:p w14:paraId="77E6CBEE"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Create a comparison poster explaining the difference between renewable and non-renewable energy. Include at least three examples of each, how they are used, and one advantage and disadvantage for each type.</w:t>
            </w:r>
          </w:p>
        </w:tc>
        <w:tc>
          <w:tcPr>
            <w:tcW w:w="3149"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6C2A6D7B"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ENERGY IN EVERYDAY LIFE</w:t>
            </w:r>
          </w:p>
          <w:p w14:paraId="32B709FC"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Keep an energy diary for one day. List the ways energy is used at home, at school or when travelling. Choose three examples and explain where the energy might come from and how you could reduce waste.</w:t>
            </w:r>
          </w:p>
        </w:tc>
        <w:tc>
          <w:tcPr>
            <w:tcW w:w="2943"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3306DD97"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THE ENERGY-SAVING CHALLENGE</w:t>
            </w:r>
          </w:p>
          <w:p w14:paraId="296FC9EA"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Become an energy detective! Find five ways your household or school could save electricity or heat. Design a colourful set of reminder signs or create a one-week challenge to encourage people to use less energy.</w:t>
            </w:r>
          </w:p>
        </w:tc>
      </w:tr>
      <w:tr w:rsidR="000F7665" w:rsidRPr="005B6216" w14:paraId="0FD0F16B" w14:textId="77777777" w:rsidTr="005B6216">
        <w:trPr>
          <w:trHeight w:val="2641"/>
          <w:jc w:val="center"/>
        </w:trPr>
        <w:tc>
          <w:tcPr>
            <w:tcW w:w="3149"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1EB1F28F"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C00000"/>
                <w:sz w:val="17"/>
              </w:rPr>
              <w:t>WHERE DOES OUR ELECTRICITY COME FROM? (MANDATORY)</w:t>
            </w:r>
          </w:p>
          <w:p w14:paraId="2BB31EE8"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Investigate how electricity is generated in the UK. Find out about at least three sources of electricity and show how electricity travels from a power station or energy site to homes. Present your findings as a labelled diagram, map or fact file.</w:t>
            </w:r>
          </w:p>
        </w:tc>
        <w:tc>
          <w:tcPr>
            <w:tcW w:w="3149" w:type="dxa"/>
            <w:tcBorders>
              <w:top w:val="single" w:sz="12" w:space="0" w:color="64748B"/>
              <w:left w:val="single" w:sz="12" w:space="0" w:color="64748B"/>
              <w:bottom w:val="single" w:sz="12" w:space="0" w:color="64748B"/>
              <w:right w:val="single" w:sz="12" w:space="0" w:color="64748B"/>
            </w:tcBorders>
            <w:shd w:val="clear" w:color="auto" w:fill="F1F5F9"/>
            <w:tcMar>
              <w:top w:w="140" w:type="dxa"/>
              <w:left w:w="140" w:type="dxa"/>
              <w:bottom w:w="140" w:type="dxa"/>
              <w:right w:w="140" w:type="dxa"/>
            </w:tcMar>
            <w:vAlign w:val="center"/>
          </w:tcPr>
          <w:p w14:paraId="11B584A6" w14:textId="77777777" w:rsidR="008E5F48" w:rsidRPr="005B6216" w:rsidRDefault="000F7665">
            <w:pPr>
              <w:spacing w:after="0"/>
              <w:rPr>
                <w:rFonts w:ascii="Dreaming Outloud Pro" w:hAnsi="Dreaming Outloud Pro" w:cs="Dreaming Outloud Pro"/>
              </w:rPr>
            </w:pPr>
            <w:r w:rsidRPr="005B6216">
              <w:rPr>
                <w:rFonts w:ascii="Dreaming Outloud Pro" w:hAnsi="Dreaming Outloud Pro" w:cs="Dreaming Outloud Pro"/>
                <w:b/>
                <w:sz w:val="17"/>
              </w:rPr>
              <w:t>INSTRUCTIONS &amp; HOME LEARNING RULES</w:t>
            </w:r>
          </w:p>
          <w:p w14:paraId="7BAE8A06" w14:textId="77777777" w:rsidR="008E5F48" w:rsidRPr="005B6216" w:rsidRDefault="000F7665">
            <w:pPr>
              <w:spacing w:before="40" w:after="0" w:line="264" w:lineRule="auto"/>
              <w:rPr>
                <w:rFonts w:ascii="Dreaming Outloud Pro" w:hAnsi="Dreaming Outloud Pro" w:cs="Dreaming Outloud Pro"/>
              </w:rPr>
            </w:pPr>
            <w:r w:rsidRPr="005B6216">
              <w:rPr>
                <w:rFonts w:ascii="Dreaming Outloud Pro" w:hAnsi="Dreaming Outloud Pro" w:cs="Dreaming Outloud Pro"/>
                <w:sz w:val="15"/>
              </w:rPr>
              <w:t>• You must complete ONE activity each week.</w:t>
            </w:r>
          </w:p>
          <w:p w14:paraId="71F21172" w14:textId="77777777" w:rsidR="008E5F48" w:rsidRPr="005B6216" w:rsidRDefault="000F7665">
            <w:pPr>
              <w:spacing w:before="40" w:after="0" w:line="264" w:lineRule="auto"/>
              <w:rPr>
                <w:rFonts w:ascii="Dreaming Outloud Pro" w:hAnsi="Dreaming Outloud Pro" w:cs="Dreaming Outloud Pro"/>
              </w:rPr>
            </w:pPr>
            <w:r w:rsidRPr="005B6216">
              <w:rPr>
                <w:rFonts w:ascii="Dreaming Outloud Pro" w:hAnsi="Dreaming Outloud Pro" w:cs="Dreaming Outloud Pro"/>
                <w:sz w:val="15"/>
              </w:rPr>
              <w:t>• You MUST complete the 3 MANDATORY tasks shown in RED during the half term.</w:t>
            </w:r>
          </w:p>
          <w:p w14:paraId="6E94399F" w14:textId="77777777" w:rsidR="008E5F48" w:rsidRPr="005B6216" w:rsidRDefault="000F7665">
            <w:pPr>
              <w:spacing w:before="40" w:after="0" w:line="264" w:lineRule="auto"/>
              <w:rPr>
                <w:rFonts w:ascii="Dreaming Outloud Pro" w:hAnsi="Dreaming Outloud Pro" w:cs="Dreaming Outloud Pro"/>
              </w:rPr>
            </w:pPr>
            <w:r w:rsidRPr="005B6216">
              <w:rPr>
                <w:rFonts w:ascii="Dreaming Outloud Pro" w:hAnsi="Dreaming Outloud Pro" w:cs="Dreaming Outloud Pro"/>
                <w:sz w:val="15"/>
              </w:rPr>
              <w:t>• For the remaining weeks, pick any task that interests you!</w:t>
            </w:r>
          </w:p>
          <w:p w14:paraId="477388AA" w14:textId="77777777" w:rsidR="008E5F48" w:rsidRPr="005B6216" w:rsidRDefault="000F7665">
            <w:pPr>
              <w:spacing w:before="40" w:after="0" w:line="264" w:lineRule="auto"/>
              <w:rPr>
                <w:rFonts w:ascii="Dreaming Outloud Pro" w:hAnsi="Dreaming Outloud Pro" w:cs="Dreaming Outloud Pro"/>
              </w:rPr>
            </w:pPr>
            <w:r w:rsidRPr="005B6216">
              <w:rPr>
                <w:rFonts w:ascii="Dreaming Outloud Pro" w:hAnsi="Dreaming Outloud Pro" w:cs="Dreaming Outloud Pro"/>
                <w:sz w:val="15"/>
              </w:rPr>
              <w:t>• Be creative, take pride in your presentation, write neatly in pen/pencil (no felt tips), and bring your home learning book every Tuesday!</w:t>
            </w:r>
          </w:p>
        </w:tc>
        <w:tc>
          <w:tcPr>
            <w:tcW w:w="3149" w:type="dxa"/>
            <w:tcBorders>
              <w:top w:val="single" w:sz="12" w:space="0" w:color="DC2626"/>
              <w:left w:val="single" w:sz="12" w:space="0" w:color="DC2626"/>
              <w:bottom w:val="single" w:sz="12" w:space="0" w:color="DC2626"/>
              <w:right w:val="single" w:sz="12" w:space="0" w:color="DC2626"/>
            </w:tcBorders>
            <w:shd w:val="clear" w:color="auto" w:fill="FEF2F2"/>
            <w:tcMar>
              <w:top w:w="140" w:type="dxa"/>
              <w:left w:w="140" w:type="dxa"/>
              <w:bottom w:w="140" w:type="dxa"/>
              <w:right w:w="140" w:type="dxa"/>
            </w:tcMar>
            <w:vAlign w:val="center"/>
          </w:tcPr>
          <w:p w14:paraId="364EBDFF"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C00000"/>
                <w:sz w:val="17"/>
              </w:rPr>
              <w:t>ENERGY PRODUCTION: PLACES, PEOPLE &amp; ENVIRONMENTS (MANDATORY)</w:t>
            </w:r>
          </w:p>
          <w:p w14:paraId="05DBAA1F"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Choose one way of producing energy, such as a wind farm, solar farm, hydroelectric dam, coal mine or gas power station. Explain how it changes the local area and how it can affect people, jobs, wildlife, habitats and the environment. Include both benefits and drawbacks.</w:t>
            </w:r>
          </w:p>
        </w:tc>
        <w:tc>
          <w:tcPr>
            <w:tcW w:w="2943"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71A0981"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DESIGN A SUSTAINABLE PLACE</w:t>
            </w:r>
          </w:p>
          <w:p w14:paraId="1CEB7414"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Imagine you are planning a new eco-friendly village or town. Draw a map or bird’s-eye view and label features such as renewable energy, public transport, cycle routes, green spaces, homes that save energy and ways to reduce waste. Explain your choices.</w:t>
            </w:r>
          </w:p>
        </w:tc>
      </w:tr>
      <w:tr w:rsidR="000F7665" w:rsidRPr="005B6216" w14:paraId="5AEA58B2" w14:textId="77777777" w:rsidTr="005B6216">
        <w:trPr>
          <w:trHeight w:val="2641"/>
          <w:jc w:val="center"/>
        </w:trPr>
        <w:tc>
          <w:tcPr>
            <w:tcW w:w="3149"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5DCA5AA7"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ENERGY PRODUCTION: A PLACE STUDY</w:t>
            </w:r>
          </w:p>
          <w:p w14:paraId="3704AF21"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Choose a real place where energy is produced. Find its location, identify the type of energy produced and explain why the site may have been built there. Include a map, pictures or drawings, and facts about how the site affects the local area.</w:t>
            </w:r>
          </w:p>
        </w:tc>
        <w:tc>
          <w:tcPr>
            <w:tcW w:w="3149"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9BF657F"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WILDLIFE, HABITATS &amp; ENERGY</w:t>
            </w:r>
          </w:p>
          <w:p w14:paraId="4EA5912D"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Explore how energy production can affect plants, animals and habitats. Choose one example and explain a possible environmental problem and how people could reduce it. You could include wildlife-friendly wind farms, restoring land or protecting rivers.</w:t>
            </w:r>
          </w:p>
        </w:tc>
        <w:tc>
          <w:tcPr>
            <w:tcW w:w="3149"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0BF5599"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DESIGN AN ECO-FRIENDLY ENERGY INVENTION</w:t>
            </w:r>
          </w:p>
          <w:p w14:paraId="074397CA"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Design an invention or building feature that helps people use less energy or use renewable energy. Draw and label your design, explain how it works, what materials it might need and how it could help people and the planet.</w:t>
            </w:r>
          </w:p>
        </w:tc>
        <w:tc>
          <w:tcPr>
            <w:tcW w:w="2943" w:type="dxa"/>
            <w:tcBorders>
              <w:top w:val="single" w:sz="6" w:space="0" w:color="CBD5E1"/>
              <w:left w:val="single" w:sz="6" w:space="0" w:color="CBD5E1"/>
              <w:bottom w:val="single" w:sz="6" w:space="0" w:color="CBD5E1"/>
              <w:right w:val="single" w:sz="6" w:space="0" w:color="CBD5E1"/>
            </w:tcBorders>
            <w:shd w:val="clear" w:color="auto" w:fill="FFFFFF"/>
            <w:tcMar>
              <w:top w:w="140" w:type="dxa"/>
              <w:left w:w="140" w:type="dxa"/>
              <w:bottom w:w="140" w:type="dxa"/>
              <w:right w:w="140" w:type="dxa"/>
            </w:tcMar>
            <w:vAlign w:val="center"/>
          </w:tcPr>
          <w:p w14:paraId="4722E59E" w14:textId="77777777" w:rsidR="008E5F48" w:rsidRPr="005B6216" w:rsidRDefault="000F7665">
            <w:pPr>
              <w:spacing w:after="0"/>
              <w:jc w:val="center"/>
              <w:rPr>
                <w:rFonts w:ascii="Dreaming Outloud Pro" w:hAnsi="Dreaming Outloud Pro" w:cs="Dreaming Outloud Pro"/>
              </w:rPr>
            </w:pPr>
            <w:r w:rsidRPr="005B6216">
              <w:rPr>
                <w:rFonts w:ascii="Dreaming Outloud Pro" w:hAnsi="Dreaming Outloud Pro" w:cs="Dreaming Outloud Pro"/>
                <w:b/>
                <w:color w:val="000000"/>
                <w:sz w:val="17"/>
              </w:rPr>
              <w:t>ENERGY FUTURES: MAKE A CAMPAIGN</w:t>
            </w:r>
          </w:p>
          <w:p w14:paraId="20CFB1F2" w14:textId="77777777" w:rsidR="008E5F48" w:rsidRPr="005B6216" w:rsidRDefault="000F7665">
            <w:pPr>
              <w:spacing w:before="60" w:after="0" w:line="264" w:lineRule="auto"/>
              <w:jc w:val="center"/>
              <w:rPr>
                <w:rFonts w:ascii="Dreaming Outloud Pro" w:hAnsi="Dreaming Outloud Pro" w:cs="Dreaming Outloud Pro"/>
              </w:rPr>
            </w:pPr>
            <w:r w:rsidRPr="005B6216">
              <w:rPr>
                <w:rFonts w:ascii="Dreaming Outloud Pro" w:hAnsi="Dreaming Outloud Pro" w:cs="Dreaming Outloud Pro"/>
                <w:sz w:val="16"/>
              </w:rPr>
              <w:t>Create a leaflet, poster, short presentation or set of social-media-style messages encouraging people to make greener energy choices. Include practical actions people can take and explain how these could benefit places, people and the environment.</w:t>
            </w:r>
          </w:p>
        </w:tc>
      </w:tr>
    </w:tbl>
    <w:p w14:paraId="6B597EF3" w14:textId="77777777" w:rsidR="000F7665" w:rsidRDefault="000F7665"/>
    <w:sectPr w:rsidR="000F7665" w:rsidSect="005B621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Dreaming Outloud Pro">
    <w:charset w:val="00"/>
    <w:family w:val="script"/>
    <w:pitch w:val="variable"/>
    <w:sig w:usb0="800000EF" w:usb1="0000000A" w:usb2="00000008"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4088410">
    <w:abstractNumId w:val="8"/>
  </w:num>
  <w:num w:numId="2" w16cid:durableId="1942760703">
    <w:abstractNumId w:val="6"/>
  </w:num>
  <w:num w:numId="3" w16cid:durableId="999424984">
    <w:abstractNumId w:val="5"/>
  </w:num>
  <w:num w:numId="4" w16cid:durableId="1840342683">
    <w:abstractNumId w:val="4"/>
  </w:num>
  <w:num w:numId="5" w16cid:durableId="1916813536">
    <w:abstractNumId w:val="7"/>
  </w:num>
  <w:num w:numId="6" w16cid:durableId="785849133">
    <w:abstractNumId w:val="3"/>
  </w:num>
  <w:num w:numId="7" w16cid:durableId="642660150">
    <w:abstractNumId w:val="2"/>
  </w:num>
  <w:num w:numId="8" w16cid:durableId="875505280">
    <w:abstractNumId w:val="1"/>
  </w:num>
  <w:num w:numId="9" w16cid:durableId="8711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792"/>
    <w:rsid w:val="000F7665"/>
    <w:rsid w:val="0015074B"/>
    <w:rsid w:val="0029639D"/>
    <w:rsid w:val="00326F90"/>
    <w:rsid w:val="00365AAB"/>
    <w:rsid w:val="004F462E"/>
    <w:rsid w:val="005B6216"/>
    <w:rsid w:val="008E5F4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AF893B"/>
  <w14:defaultImageDpi w14:val="300"/>
  <w15:docId w15:val="{B2FF79E1-7795-406B-9DD6-EC31B8B8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Mark pickford</cp:lastModifiedBy>
  <cp:revision>2</cp:revision>
  <dcterms:created xsi:type="dcterms:W3CDTF">2026-10-23T20:47:00Z</dcterms:created>
  <dcterms:modified xsi:type="dcterms:W3CDTF">2026-10-23T20:47:00Z</dcterms:modified>
  <cp:category/>
</cp:coreProperties>
</file>